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משפחה קרובה, משפחה מורחבת ומשפחה שבחרתי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שיש סוגים שונים של משפחות ולכולן יש ערך שווה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למעגלי השייכות סביב כל ילד וילדה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חוט אדום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המשפחה הקרובה שגרה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סבים, דודים ובני דודים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מוסבר שכל משפחה נראית אחרת, אבל בכולן יש אהבה ודאגה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(אנשים שגרים איתי או מגדלים 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(סבים, דודים ובני 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(שכנה או חבר שהם כמו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(משפחה שמגדלת ילד באהבה)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מעגל ראשון - משפחה קרובה, מעגל שני - משפחה מורחבת, מעגל שלישי - אנשים שהם כמו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ציון שם או תיאור הדמות, הסבר קצר מדוע האדם חשוב, שימוש בלשון ראשון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משפחה קרובה - גרים איתי/מגדלים אותי; מורחבת - דודים, סבים ועוד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כמו שכן, מטפלת, חבר קרוב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בכל סוג משפחה יש אהבה, דאגה ורצון להיות יחד, גם אם היא נראית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בפעילות החוט האדום כפי שמתואר בסיפור, כדי לחבר את הכיתה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מקום לשונות במשפחות התלמידים בכיתה ולהדגיש שאין משפחה 'נכונה'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אפשר לאפשר לתלמידים לכתוב גם על חיית מחמד או דמות דמיונית אם זה מקל עליהם לפתוח ברגש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קוראים על המעגלים שסביב כל ילד וילדה – מהמשפחה הקרובה ביותר ועד אנשים שהם כמו משפחה. דפדפו בסיפור וענו על השאלות.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מורחבת  ·  בחרתי  ·  קרובה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המורה הביאה לכיתה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חוט אדום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אבן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נמצא במעגל הראשון, הקרוב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המשפחה הקרובה שגרה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חברים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נמצא במעגל השני, המשפחה המורחבת?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אמא ואבא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סבים, דודים ובני 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מטפלת וחברים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המשפחות בסיפור נראות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ילדים שגדלים במשפחה אומנת, וגם זו משפחה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במעגל הראשון נמצאת המשפחה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דודים, דודות וסבים נמצאים במעגל המשפחה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שכנה שדואגת לילד כמו דודה היא חלק מהמשפחה ש__________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משפחה קרובה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משפחה שמגדלת ילד באהבה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משפחה מורחבת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אנשים שגרים איתי או מגדלים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משפחה שבחרתי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סבים, דודים ובני דודים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משפחה אומנת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שכנה או חבר שהם כמו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במילים את שלושת המעגלים שלכם – מי נמצא בכל מעגל אצלכם?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אדם אחד מהמעגל שלכם שהוא כמו משפחה בשבילכם, גם אם הוא לא קרוב משפחה. מי הוא ולמה הוא חשוב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משפחה קרובה למשפחה מורחבת?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למישהו שהוא כמו משפחה אבל לא קרוב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המעגלים של הלב – המשפחה הקרובה והמורחבת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