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משפחה קרובה, משפחה מורחבת ומשפחה שבחרתי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שיש סוגים שונים של משפחות ולכולן יש ערך שווה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למעגלי השייכות סביב כל ילד וילדה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חוט אדום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המשפחה הקרובה שגרה איתי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סבים, דודים ובני 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המשפחה שבחרתי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שהיא אוספת אותו מבית הספר כמו 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יש לה שתי אמהות ואח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מוסבר שכל משפחה נראית אחרת, אבל בכולן יש אהבה ודאגה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בסיפור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משפחות מורחבות שגרות רחוק ונפגשות בטלפון או בחגים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בבית של אביגיל מדברים עברית וצרפתית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בסיפור נכתב שאנחנו יכולים לשמח, לעזור ולאהוב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(אנשים שגרים איתי או מגדלים 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(סבים, דודים ובני דודים)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(שכנה או חבר שהם כמו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(משפחה שמגדלת ילד באהבה)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(ההרגשה שאני חלק ממשהו)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מעגל ראשון - משפחה קרובה, מעגל שני - משפחה מורחבת, מעגל שלישי - אנשים שהם כמו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כמו שהגלים מתפשטים מהאבן, גם מעגלי האנשים מתפשטים ממני החוצה - מהקרובים ביותר ועד הרחוקים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ציון שם או תיאור הדמות, הסבר קצר מדוע האדם חשוב, שימוש בלשון ראשון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משפחה קרובה - גרים איתי/מגדלים אותי; מורחבת - דודים, סבים ועוד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כמו שכן, מטפלת, חבר קרוב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בכל סוג משפחה יש אהבה, דאגה ורצון להיות יחד, גם אם היא נראית 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בפעילות החוט האדום כפי שמתואר בסיפור, כדי לחבר את הכיתה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מקום לשונות במשפחות התלמידים בכיתה ולהדגיש שאין משפחה 'נכונה'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אפשר לאפשר לתלמידים לכתוב גם על חיית מחמד או דמות דמיונית אם זה מקל עליהם לפתוח ברגש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קוראים על המעגלים שסביב כל ילד וילדה – מהמשפחה הקרובה ביותר ועד אנשים שהם כמו משפחה. דפדפו בסיפור וענו על השאלות.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המורה הביאה לכיתה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חוט אדום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אבן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של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נמצא במעגל הראשון, הקרוב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המשפחה הקרובה שגרה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חברים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המורים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נמצא במעגל השני, המשפחה המורחבת?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 ואבא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סבים, דודים ובני 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מטפלת וחברים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אפשר לקרוא למעגל של אנשים שהם לא קרובי משפחה אבל כמו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המשפחה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המשפחה הרחוקה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המשפחה שבחרתי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המשפחה האמיתית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רפאל סיפר על השכנה רחל?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שהיא לא מכירה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שהיא אוספת אותו מבית הספר כמו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שהיא גרה רחוק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שהיא המורה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מיוחד במשפחה של נוי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לה שתי אמהות ואח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גרה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 משפחה מורחבת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גרה בחוץ לארץ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בסיפור נראות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ילדים שגדלים במשפחה אומנת, וגם זו משפחה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מורחבת גרה תמיד קרוב ונפגשת 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אביגיל מדברים בבית רק 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אנחנו יכולים להיות גם חלק ממעגלים של אנשים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במעגל הראשון נמצאת המשפחה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דודים, דודות וסבים נמצאים במעגל המשפחה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שכנה שדואגת לילד כמו דודה היא חלק מהמשפחה 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הילד או הילדה של הדוד נקראים בן דוד או בת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משפחה ש__________ מגדלת ילד באהבה ודואגת לו גם בלי קשר 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אצל מלאכו הסבתא מספרת סיפורים על הכפר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משפחה קרובה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ההרגשה שאני חלק ממשהו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משפחה מורחבת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שכנה או חבר שהם כמו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משפחה שבחרתי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משפחה שמגדלת ילד באהבה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משפחה אומנת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סבים, דודים ובני דודים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אנשים שגרים איתי או מגדלים אותי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במילים את שלושת המעגלים שלכם – מי נמצא בכל מעגל אצלכם?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בסיפור משווים את המעגלים לאבן שנזרקת לשלולית?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אדם אחד מהמעגל שלכם שהוא כמו משפחה בשבילכם, גם אם הוא לא קרוב משפחה. מי הוא ולמה הוא חשוב 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משפחה קרובה למשפחה מורחבת?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למישהו שהוא כמו משפחה אבל לא קרוב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אפשר לומר שכל המשפחות הן משפחות אמיתיות?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המעגלים של הלב – המשפחה הקרובה והמורחבת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